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החורף – עונה קרה ומיוחדת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תופעות טבע של החורף כמו גשם, רוח, רעמים וברקים ושלג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הקשור לעונת החורף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וכתיבה על נושא החורף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שלג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רעמים וברקים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בגדים חמים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נושבת בחוזקה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ישנים תרדמת חורף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בחורף בדרך כלל 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תיאור מדויק של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בהרים גבוהים קר מספיק לשלג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ברק הוא אור, רעם הוא הקול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כי קר יותר בחורף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יש בעלי חיים שישנים תרדמת חורף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רעמים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חורף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(מים שיורדים מהשמיים)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(אור חזק בשמיים)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(קול חזק בשמיים)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(מים קפואים לבנים על ההרים)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(שינה ארוכה של בעלי חיים)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אישית, למשל: לשתות שוקו חם ולראות שלג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חשוב ללבוש מעיל, כובע וצעיף חמים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ודמיון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מצפים לתיאור של גשם, רוח, אולי רעמים וברקים, בגדים חמים ותחושת קור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גשם, רוח, קור, שלג, רעמים וברקים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רעם הוא קול וברק הוא 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להישאר חמים כי בחוץ קר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בשיחה קצרה על מזג האוויר של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תמונות של שלג, גשם וברקים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להתאים את רמת הניקוד לפי שכבת הגיל של 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החורף – עונה קרה ומיוחדת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החורף הוא עונה קרה שבה יורד גשם, נושבת רוח, ולפעמים יש רעמים וברקים ואפילו שלג על ההרים. בדף הזה נתרגל מילים ורעיונות הקשורים לחורף.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עונה היא קרה ובה יורד גשם?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סתיו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יורד על ההרים בחורף?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קורה בשמיים בסערת חורף חזקה?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קשת בענן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רעמים וברקים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שקיעה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עננים ורודים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אילו בגדים לובשים בחורף?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בגד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בגדים חמים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כובע 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סנדלים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עושה הרוח בחורף?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מחממת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נושבת בחוזקה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מפסיקה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הופכת לגשם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עושים חלק מבעלי החיים בחורף?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שוחים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ישנים תרדמת 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פורחים כמו פרחים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עפים לירח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בחורף בדרך כלל חם מאוד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גשם הוא מים שיורדים מהשמיים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שלג יכול לרדת על הרים גבוהים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ברק הוא קול חזק בשמיים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בחורף אנשים לובשים בגדים חמים יותר מאשר בקיץ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בעלי החיים ערים כל החורף בלי לישון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בחורף יורד __________ מהשמיים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על ההרים הגבוהים יורד לפעמים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כשיש סערה שומעים __________ ורואים ברקים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כדי להתחמם בחורף לובשים בגדים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ה__________ נושבת בחוזקה בימי חורף סוערים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חלק מבעלי החיים ישנים שינה ארוכה שנקראת תרדמת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גשם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שינה ארוכה של בעלי חיים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ברק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מים שיורדים מהשמיים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רעם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אור חזק בשמיים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שלג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קול חזק בשמיים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תרדמת חורף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מים קפואים לבנים על ההרים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שני דברים שאתם אוהבים בעונת החורף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חשוב ללבוש כשיוצאים החוצה בחורף? כתבו משפט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ודמיון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שאתם מספרים לחבר שלא מכיר חורף איך זה מרגיש ביום חורף סוער. כתבו פסקה קצרה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שלושה דברים שקורים בעונת החורף?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רעם לברק?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אנשים לובשים בגדים חמים בחורף?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החורף – עונה קרה ומיוחדת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