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קוראים ונהנים – 4 עולמות בניקוד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החורף – עונה קרה ומיוחדת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תופעות טבע של החורף כמו גשם, רוח, רעמים וברקים ושלג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להרחיב אוצר מילים הקשור לעונת החורף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הבנת הנקרא וכתיבה על נושא החורף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כללית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חורף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שלג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בגדים חמים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בחורף בדרך כלל קר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זהו תיאור מדויק של גשם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בהרים גבוהים קר מספיק לשלג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גשם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שלג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רעמים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מילה להסבר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(מים שיורדים מהשמיים)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(אור חזק בשמיים)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(קול חזק בשמיים)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(מים קפואים לבנים על ההרים)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אישית, למשל: לשתות שוקו חם ולראות שלג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חשוב ללבוש מעיל, כובע וצעיף חמים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חשיבה ודמיון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גשם, רוח, קור, שלג, רעמים וברקים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רעם הוא קול וברק הוא אור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כדי להישאר חמים כי בחוץ קר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את השיעור בשיחה קצרה על מזג האוויר של היום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להציג תמונות של שלג, גשם וברקים לפני התרגול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להתאים את רמת הניקוד לפי שכבת הגיל של הכיתה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קוראים ונהנים – 4 עולמות בניקוד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החורף – עונה קרה ומיוחדת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החורף הוא עונה קרה שבה יורד גשם, נושבת רוח, ולפעמים יש רעמים וברקים ואפילו שלג על ההרים. בדף הזה נתרגל מילים ורעיונות הקשורים לחורף.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גשם  ·  רעמים  ·  שלג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הבנה כללית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איזו עונה היא קרה ובה יורד גשם?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קיץ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חורף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אביב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 יורד על ההרים בחורף?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חול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שלג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עלים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אילו בגדים לובשים בחורף?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בגד 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בגדים חמים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כובע קיץ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בחורף בדרך כלל חם מאוד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גשם הוא מים שיורדים מהשמיים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שלג יכול לרדת על הרים גבוהים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בחורף יורד __________ מהשמיים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על ההרים הגבוהים יורד לפעמים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כשיש סערה שומעים __________ ורואים ברקים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התאימו מילה להסבר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גשם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מים קפואים לבנים על ההרים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ברק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מים שיורדים מהשמיים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רעם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אור חזק בשמיים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שלג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קול חזק בשמיים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כתבו שני דברים שאתם אוהבים בעונת החורף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 חשוב ללבוש כשיוצאים החוצה בחורף? כתבו משפט אחד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חשיבה ודמיון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שלושה דברים שקורים בעונת החורף?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ההבדל בין רעם לברק?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החורף – עונה קרה ומיוחדת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